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349"/>
        <w:gridCol w:w="7921"/>
        <w:gridCol w:w="1577"/>
        <w:gridCol w:w="4945"/>
        <w:gridCol w:w="38"/>
      </w:tblGrid>
      <w:tr w:rsidR="00617BDF" w:rsidRPr="000C5062" w14:paraId="08AE73F7" w14:textId="77777777" w:rsidTr="009D703C">
        <w:trPr>
          <w:trHeight w:val="500"/>
          <w:jc w:val="center"/>
        </w:trPr>
        <w:tc>
          <w:tcPr>
            <w:tcW w:w="42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9211" w14:textId="3292DB34" w:rsidR="00617BDF" w:rsidRDefault="00617BDF">
            <w:pPr>
              <w:spacing w:after="0"/>
              <w:jc w:val="center"/>
            </w:pPr>
          </w:p>
        </w:tc>
        <w:tc>
          <w:tcPr>
            <w:tcW w:w="3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CCCFF" w14:textId="349708C1" w:rsidR="00617BDF" w:rsidRDefault="00617BDF" w:rsidP="00752DB9">
            <w:pPr>
              <w:spacing w:after="20"/>
              <w:jc w:val="center"/>
              <w:rPr>
                <w:b/>
                <w:color w:val="1F4E78"/>
                <w:sz w:val="28"/>
                <w:lang w:val="el-GR"/>
              </w:rPr>
            </w:pPr>
          </w:p>
          <w:p w14:paraId="06FA521E" w14:textId="6422D9E5" w:rsidR="00752DB9" w:rsidRPr="00F83321" w:rsidRDefault="00F83321">
            <w:pPr>
              <w:spacing w:after="20"/>
              <w:jc w:val="center"/>
              <w:rPr>
                <w:b/>
                <w:bCs/>
                <w:color w:val="1F4E78"/>
                <w:sz w:val="28"/>
                <w:lang w:val="el-GR"/>
              </w:rPr>
            </w:pPr>
            <w:r>
              <w:rPr>
                <w:b/>
                <w:bCs/>
                <w:color w:val="1F4E78"/>
                <w:sz w:val="28"/>
                <w:lang w:val="el-GR"/>
              </w:rPr>
              <w:t xml:space="preserve">                                </w:t>
            </w:r>
            <w:r w:rsidR="000C5062" w:rsidRPr="00F83321">
              <w:rPr>
                <w:b/>
                <w:bCs/>
                <w:color w:val="1F4E78"/>
                <w:sz w:val="28"/>
                <w:lang w:val="el-GR"/>
              </w:rPr>
              <w:t>ΡΟΣΤΕΡ ΟΜΑΔΑΣ ΑΘΛΟΠΑΙΔΙΩΝ</w:t>
            </w:r>
          </w:p>
          <w:p w14:paraId="39D08080" w14:textId="77777777" w:rsidR="00752DB9" w:rsidRPr="00752DB9" w:rsidRDefault="00752DB9">
            <w:pPr>
              <w:spacing w:after="20"/>
              <w:jc w:val="center"/>
              <w:rPr>
                <w:lang w:val="el-GR"/>
              </w:rPr>
            </w:pPr>
          </w:p>
        </w:tc>
        <w:tc>
          <w:tcPr>
            <w:tcW w:w="157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E7EAD" w14:textId="6989DB89" w:rsidR="00617BDF" w:rsidRPr="000C5062" w:rsidRDefault="00617BDF">
            <w:pPr>
              <w:spacing w:after="0"/>
              <w:rPr>
                <w:lang w:val="el-GR"/>
              </w:rPr>
            </w:pPr>
          </w:p>
        </w:tc>
      </w:tr>
      <w:tr w:rsidR="00617BDF" w14:paraId="121334D2" w14:textId="77777777" w:rsidTr="004A41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pct"/>
          <w:trHeight w:hRule="exact" w:val="432"/>
          <w:jc w:val="center"/>
        </w:trPr>
        <w:tc>
          <w:tcPr>
            <w:tcW w:w="426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3F6F9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27A3784A" w14:textId="77777777" w:rsidR="00617BDF" w:rsidRDefault="00E74552">
            <w:pPr>
              <w:spacing w:after="0" w:line="240" w:lineRule="auto"/>
            </w:pPr>
            <w:r>
              <w:rPr>
                <w:b/>
                <w:color w:val="1F4E78"/>
                <w:sz w:val="17"/>
              </w:rPr>
              <w:t>ΑΘΛΗΜΑ:</w:t>
            </w:r>
          </w:p>
        </w:tc>
        <w:tc>
          <w:tcPr>
            <w:tcW w:w="2502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454A7324" w14:textId="057BE22E" w:rsidR="00617BDF" w:rsidRDefault="00617BDF">
            <w:pPr>
              <w:spacing w:after="0" w:line="240" w:lineRule="auto"/>
            </w:pPr>
          </w:p>
        </w:tc>
        <w:tc>
          <w:tcPr>
            <w:tcW w:w="498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3F6F9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54301820" w14:textId="77777777" w:rsidR="00617BDF" w:rsidRDefault="00E74552">
            <w:pPr>
              <w:spacing w:after="0" w:line="240" w:lineRule="auto"/>
            </w:pPr>
            <w:r>
              <w:rPr>
                <w:b/>
                <w:color w:val="1F4E78"/>
                <w:sz w:val="17"/>
              </w:rPr>
              <w:t>ΣΧΟΛΙΚΟ ΕΤΟΣ:</w:t>
            </w:r>
          </w:p>
        </w:tc>
        <w:tc>
          <w:tcPr>
            <w:tcW w:w="1562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541A5A9E" w14:textId="7CA0AD17" w:rsidR="00617BDF" w:rsidRDefault="00617BDF">
            <w:pPr>
              <w:spacing w:after="0" w:line="240" w:lineRule="auto"/>
            </w:pPr>
          </w:p>
        </w:tc>
      </w:tr>
      <w:tr w:rsidR="00617BDF" w14:paraId="6C1552FF" w14:textId="77777777" w:rsidTr="004A41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pct"/>
          <w:trHeight w:hRule="exact" w:val="432"/>
          <w:jc w:val="center"/>
        </w:trPr>
        <w:tc>
          <w:tcPr>
            <w:tcW w:w="426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3F6F9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05DE1277" w14:textId="77777777" w:rsidR="00617BDF" w:rsidRDefault="00E74552">
            <w:pPr>
              <w:spacing w:after="0" w:line="240" w:lineRule="auto"/>
            </w:pPr>
            <w:r>
              <w:rPr>
                <w:b/>
                <w:color w:val="1F4E78"/>
                <w:sz w:val="17"/>
              </w:rPr>
              <w:t>ΣΧΟΛΕΙΟ:</w:t>
            </w:r>
          </w:p>
        </w:tc>
        <w:tc>
          <w:tcPr>
            <w:tcW w:w="2502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33771F38" w14:textId="0DC2CE95" w:rsidR="00617BDF" w:rsidRDefault="00617BDF">
            <w:pPr>
              <w:spacing w:after="0" w:line="240" w:lineRule="auto"/>
            </w:pPr>
          </w:p>
        </w:tc>
        <w:tc>
          <w:tcPr>
            <w:tcW w:w="498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3F6F9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7BF585D3" w14:textId="77777777" w:rsidR="00617BDF" w:rsidRDefault="00E74552">
            <w:pPr>
              <w:spacing w:after="0" w:line="240" w:lineRule="auto"/>
            </w:pPr>
            <w:r>
              <w:rPr>
                <w:b/>
                <w:color w:val="1F4E78"/>
                <w:sz w:val="17"/>
              </w:rPr>
              <w:t>ΕΠΑΡΧΙΑ:</w:t>
            </w:r>
          </w:p>
        </w:tc>
        <w:tc>
          <w:tcPr>
            <w:tcW w:w="1562" w:type="pct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151BF1BB" w14:textId="3B1D35E7" w:rsidR="00617BDF" w:rsidRDefault="00617BDF">
            <w:pPr>
              <w:spacing w:after="0" w:line="240" w:lineRule="auto"/>
            </w:pPr>
          </w:p>
        </w:tc>
      </w:tr>
    </w:tbl>
    <w:p w14:paraId="091DE618" w14:textId="68B803DD" w:rsidR="00617BDF" w:rsidRDefault="00752DB9">
      <w:pPr>
        <w:spacing w:after="0" w:line="12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999B3D" wp14:editId="021C96F9">
            <wp:simplePos x="0" y="0"/>
            <wp:positionH relativeFrom="column">
              <wp:posOffset>8890952</wp:posOffset>
            </wp:positionH>
            <wp:positionV relativeFrom="paragraph">
              <wp:posOffset>-1325880</wp:posOffset>
            </wp:positionV>
            <wp:extent cx="1066800" cy="707390"/>
            <wp:effectExtent l="0" t="0" r="0" b="0"/>
            <wp:wrapNone/>
            <wp:docPr id="1943573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1123"/>
        <w:gridCol w:w="2232"/>
        <w:gridCol w:w="2016"/>
        <w:gridCol w:w="1613"/>
        <w:gridCol w:w="1613"/>
        <w:gridCol w:w="1296"/>
        <w:gridCol w:w="1382"/>
        <w:gridCol w:w="835"/>
        <w:gridCol w:w="2477"/>
      </w:tblGrid>
      <w:tr w:rsidR="00617BDF" w:rsidRPr="004A4103" w14:paraId="37BF630B" w14:textId="77777777" w:rsidTr="0033364A">
        <w:trPr>
          <w:cantSplit/>
          <w:trHeight w:hRule="exact" w:val="835"/>
          <w:tblHeader/>
          <w:jc w:val="center"/>
        </w:trPr>
        <w:tc>
          <w:tcPr>
            <w:tcW w:w="547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B10D818" w14:textId="77777777" w:rsidR="00617BDF" w:rsidRDefault="00E74552" w:rsidP="0063314A">
            <w:pPr>
              <w:spacing w:line="276" w:lineRule="auto"/>
              <w:jc w:val="center"/>
            </w:pPr>
            <w:r>
              <w:rPr>
                <w:b/>
                <w:color w:val="1F4E78"/>
                <w:sz w:val="15"/>
              </w:rPr>
              <w:t>Α/Α</w:t>
            </w:r>
          </w:p>
        </w:tc>
        <w:tc>
          <w:tcPr>
            <w:tcW w:w="1123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303F0575" w14:textId="77777777" w:rsidR="00617BDF" w:rsidRDefault="00E74552" w:rsidP="0063314A">
            <w:pPr>
              <w:spacing w:line="276" w:lineRule="auto"/>
              <w:jc w:val="center"/>
            </w:pPr>
            <w:r>
              <w:rPr>
                <w:b/>
                <w:color w:val="1F4E78"/>
                <w:sz w:val="15"/>
              </w:rPr>
              <w:t>ΑΡΙΘΜΟΣ</w:t>
            </w:r>
            <w:r>
              <w:rPr>
                <w:b/>
                <w:color w:val="1F4E78"/>
                <w:sz w:val="15"/>
              </w:rPr>
              <w:br/>
              <w:t>ΦΑΝΕΛΑΣ</w:t>
            </w:r>
          </w:p>
        </w:tc>
        <w:tc>
          <w:tcPr>
            <w:tcW w:w="223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7CC13331" w14:textId="77777777" w:rsidR="00617BDF" w:rsidRDefault="00E74552" w:rsidP="0063314A">
            <w:pPr>
              <w:spacing w:line="276" w:lineRule="auto"/>
              <w:jc w:val="center"/>
            </w:pPr>
            <w:r>
              <w:rPr>
                <w:b/>
                <w:color w:val="1F4E78"/>
                <w:sz w:val="15"/>
              </w:rPr>
              <w:t>ΕΠΩΝΥΜΟ</w:t>
            </w:r>
          </w:p>
        </w:tc>
        <w:tc>
          <w:tcPr>
            <w:tcW w:w="2016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1AD5C8E7" w14:textId="77777777" w:rsidR="00617BDF" w:rsidRDefault="00E74552" w:rsidP="0063314A">
            <w:pPr>
              <w:spacing w:line="276" w:lineRule="auto"/>
              <w:jc w:val="center"/>
            </w:pPr>
            <w:r>
              <w:rPr>
                <w:b/>
                <w:color w:val="1F4E78"/>
                <w:sz w:val="15"/>
              </w:rPr>
              <w:t>ΟΝΟΜΑ</w:t>
            </w:r>
          </w:p>
        </w:tc>
        <w:tc>
          <w:tcPr>
            <w:tcW w:w="1613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16890130" w14:textId="77777777" w:rsidR="00617BDF" w:rsidRDefault="00E74552" w:rsidP="0063314A">
            <w:pPr>
              <w:spacing w:line="276" w:lineRule="auto"/>
              <w:jc w:val="center"/>
            </w:pPr>
            <w:r>
              <w:rPr>
                <w:b/>
                <w:color w:val="1F4E78"/>
                <w:sz w:val="15"/>
              </w:rPr>
              <w:t>ΟΝΟΜΑ</w:t>
            </w:r>
            <w:r>
              <w:rPr>
                <w:b/>
                <w:color w:val="1F4E78"/>
                <w:sz w:val="15"/>
              </w:rPr>
              <w:br/>
              <w:t>ΠΑΤΕΡΑ</w:t>
            </w:r>
          </w:p>
        </w:tc>
        <w:tc>
          <w:tcPr>
            <w:tcW w:w="1613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0FF5BEA" w14:textId="77777777" w:rsidR="00617BDF" w:rsidRDefault="00E74552" w:rsidP="0063314A">
            <w:pPr>
              <w:spacing w:line="276" w:lineRule="auto"/>
              <w:jc w:val="center"/>
            </w:pPr>
            <w:r>
              <w:rPr>
                <w:b/>
                <w:color w:val="1F4E78"/>
                <w:sz w:val="15"/>
              </w:rPr>
              <w:t>ΟΝΟΜΑ</w:t>
            </w:r>
            <w:r>
              <w:rPr>
                <w:b/>
                <w:color w:val="1F4E78"/>
                <w:sz w:val="15"/>
              </w:rPr>
              <w:br/>
              <w:t>ΜΗΤΕΡΑΣ</w:t>
            </w:r>
          </w:p>
        </w:tc>
        <w:tc>
          <w:tcPr>
            <w:tcW w:w="1296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7F75F2CD" w14:textId="70EB67C9" w:rsidR="00617BDF" w:rsidRDefault="0075063E" w:rsidP="0063314A">
            <w:pPr>
              <w:spacing w:line="276" w:lineRule="auto"/>
              <w:jc w:val="center"/>
            </w:pPr>
            <w:r>
              <w:rPr>
                <w:b/>
                <w:color w:val="1F4E78"/>
                <w:sz w:val="15"/>
                <w:lang w:val="el-GR"/>
              </w:rPr>
              <w:t>ΗΜΕΡΟΜΗΝΙΑ</w:t>
            </w:r>
            <w:r>
              <w:rPr>
                <w:b/>
                <w:color w:val="1F4E78"/>
                <w:sz w:val="15"/>
              </w:rPr>
              <w:br/>
              <w:t>ΓΕΝΝΗΣΕΩΣ</w:t>
            </w:r>
          </w:p>
        </w:tc>
        <w:tc>
          <w:tcPr>
            <w:tcW w:w="138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AF097A9" w14:textId="77777777" w:rsidR="00617BDF" w:rsidRDefault="00E74552" w:rsidP="0063314A">
            <w:pPr>
              <w:spacing w:line="276" w:lineRule="auto"/>
              <w:jc w:val="center"/>
            </w:pPr>
            <w:r>
              <w:rPr>
                <w:b/>
                <w:color w:val="1F4E78"/>
                <w:sz w:val="15"/>
              </w:rPr>
              <w:t>ΑΡΙΘΜΟΣ</w:t>
            </w:r>
            <w:r>
              <w:rPr>
                <w:b/>
                <w:color w:val="1F4E78"/>
                <w:sz w:val="15"/>
              </w:rPr>
              <w:br/>
              <w:t>ΜΗΤΡΩΟΥ</w:t>
            </w:r>
          </w:p>
        </w:tc>
        <w:tc>
          <w:tcPr>
            <w:tcW w:w="835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AF70B88" w14:textId="77777777" w:rsidR="00617BDF" w:rsidRDefault="00E74552" w:rsidP="0063314A">
            <w:pPr>
              <w:spacing w:line="276" w:lineRule="auto"/>
              <w:jc w:val="center"/>
            </w:pPr>
            <w:r>
              <w:rPr>
                <w:b/>
                <w:color w:val="1F4E78"/>
                <w:sz w:val="15"/>
              </w:rPr>
              <w:t>ΤΑΞΗ</w:t>
            </w:r>
          </w:p>
        </w:tc>
        <w:tc>
          <w:tcPr>
            <w:tcW w:w="2477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shd w:val="clear" w:color="auto" w:fill="EAF1DD" w:themeFill="accent3" w:themeFillTint="33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A869CA7" w14:textId="77777777" w:rsidR="00617BDF" w:rsidRDefault="00E74552" w:rsidP="0063314A">
            <w:pPr>
              <w:spacing w:line="276" w:lineRule="auto"/>
              <w:jc w:val="center"/>
              <w:rPr>
                <w:b/>
                <w:color w:val="1F4E78"/>
                <w:sz w:val="15"/>
                <w:lang w:val="el-GR"/>
              </w:rPr>
            </w:pPr>
            <w:r w:rsidRPr="0075063E">
              <w:rPr>
                <w:b/>
                <w:color w:val="1F4E78"/>
                <w:sz w:val="15"/>
                <w:lang w:val="el-GR"/>
              </w:rPr>
              <w:t>ΥΠΕΥΘΥΝΗ</w:t>
            </w:r>
            <w:r w:rsidRPr="0075063E">
              <w:rPr>
                <w:b/>
                <w:color w:val="1F4E78"/>
                <w:sz w:val="15"/>
                <w:lang w:val="el-GR"/>
              </w:rPr>
              <w:br/>
              <w:t>ΔΗΛΩΣΗ ΓΟΝΕΑ</w:t>
            </w:r>
          </w:p>
          <w:p w14:paraId="628231DA" w14:textId="25AFA81D" w:rsidR="0063314A" w:rsidRPr="0063314A" w:rsidRDefault="0063314A" w:rsidP="0063314A">
            <w:pPr>
              <w:spacing w:line="276" w:lineRule="auto"/>
              <w:jc w:val="center"/>
              <w:rPr>
                <w:lang w:val="el-GR"/>
              </w:rPr>
            </w:pPr>
            <w:r>
              <w:rPr>
                <w:b/>
                <w:color w:val="1F4E78"/>
                <w:sz w:val="15"/>
                <w:lang w:val="el-GR"/>
              </w:rPr>
              <w:t>ΝΑΙ / ΟΧΙ</w:t>
            </w:r>
          </w:p>
        </w:tc>
      </w:tr>
      <w:tr w:rsidR="00617BDF" w14:paraId="36645EC4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4477796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4C38020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B16FBCD" w14:textId="3EBC9BE5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BC6DFCF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784D719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E3CBE2F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B5904AF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115B845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94AEAEF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A23B1AF" w14:textId="77777777" w:rsidR="00617BDF" w:rsidRDefault="00617BDF">
            <w:pPr>
              <w:jc w:val="center"/>
            </w:pPr>
          </w:p>
        </w:tc>
      </w:tr>
      <w:tr w:rsidR="00617BDF" w14:paraId="2B6917A1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3945706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CDB6882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8450935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B7F291F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8594F46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542EF13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3DA59AE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AAF67BE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62B9D7E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245D0D3" w14:textId="77777777" w:rsidR="00617BDF" w:rsidRDefault="00617BDF">
            <w:pPr>
              <w:jc w:val="center"/>
            </w:pPr>
          </w:p>
        </w:tc>
      </w:tr>
      <w:tr w:rsidR="00617BDF" w14:paraId="71CD81E1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9BC4151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622CBB8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FEE1F18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D2BBFF9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2708EA6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31D2BF4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12C0B96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1C518BE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152DAAF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29C509D" w14:textId="77777777" w:rsidR="00617BDF" w:rsidRDefault="00617BDF">
            <w:pPr>
              <w:jc w:val="center"/>
            </w:pPr>
          </w:p>
        </w:tc>
      </w:tr>
      <w:tr w:rsidR="00617BDF" w14:paraId="79560307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3FC95D6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C0D31BF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13A41BA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2F87881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133B0F9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7191E92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9B67FE9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955E251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ED7FAA4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EB74EC8" w14:textId="77777777" w:rsidR="00617BDF" w:rsidRDefault="00617BDF">
            <w:pPr>
              <w:jc w:val="center"/>
            </w:pPr>
          </w:p>
        </w:tc>
      </w:tr>
      <w:tr w:rsidR="00617BDF" w14:paraId="03BA637E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3BF2278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69A4A69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8255883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BC18688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A5313A8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025DE6F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7D33052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BF1BE7C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4258F44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FF5CCB1" w14:textId="77777777" w:rsidR="00617BDF" w:rsidRDefault="00617BDF">
            <w:pPr>
              <w:jc w:val="center"/>
            </w:pPr>
          </w:p>
        </w:tc>
      </w:tr>
      <w:tr w:rsidR="00617BDF" w14:paraId="092B6F2D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0878D4D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B44831D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E66B597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5515BB1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D37561D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EEF74F3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3663CA9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431E394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8F489D9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858FE94" w14:textId="77777777" w:rsidR="00617BDF" w:rsidRDefault="00617BDF">
            <w:pPr>
              <w:jc w:val="center"/>
            </w:pPr>
          </w:p>
        </w:tc>
      </w:tr>
      <w:tr w:rsidR="00617BDF" w14:paraId="212C056B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254CB1E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A011975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73A9C5B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E8D3CC1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B608EF4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259147C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E73BDF9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94BECFF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0CFD013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F6E2FC8" w14:textId="77777777" w:rsidR="00617BDF" w:rsidRDefault="00617BDF">
            <w:pPr>
              <w:jc w:val="center"/>
            </w:pPr>
          </w:p>
        </w:tc>
      </w:tr>
      <w:tr w:rsidR="00617BDF" w14:paraId="19A4A6C9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0D893B8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FA7B602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FFE6575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D8727B9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50BC578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FA3373B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38A9379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64855E9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0149406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07F95DA" w14:textId="77777777" w:rsidR="00617BDF" w:rsidRDefault="00617BDF">
            <w:pPr>
              <w:jc w:val="center"/>
            </w:pPr>
          </w:p>
        </w:tc>
      </w:tr>
      <w:tr w:rsidR="00617BDF" w14:paraId="51C37231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C9F37A6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326B1D8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E81A3CD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E75E4BD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BD4E466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14B10AC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7CB5474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E73A1EF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51825B6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A6BB9CB" w14:textId="77777777" w:rsidR="00617BDF" w:rsidRDefault="00617BDF">
            <w:pPr>
              <w:jc w:val="center"/>
            </w:pPr>
          </w:p>
        </w:tc>
      </w:tr>
      <w:tr w:rsidR="00617BDF" w14:paraId="7A87B97E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200ACA6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EEC36E4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702B9D2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E9F83D5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8915459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A5DCF98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BF1DE52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8EAE367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622CAAD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FC603AC" w14:textId="77777777" w:rsidR="00617BDF" w:rsidRDefault="00617BDF">
            <w:pPr>
              <w:jc w:val="center"/>
            </w:pPr>
          </w:p>
        </w:tc>
      </w:tr>
      <w:tr w:rsidR="00617BDF" w14:paraId="7EE98E05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3E41913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0A2C2F3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F1D9DF9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E422E0D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BED8555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220FB33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651ADE5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688DFEB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C02F6EA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8C73FDB" w14:textId="77777777" w:rsidR="00617BDF" w:rsidRDefault="00617BDF">
            <w:pPr>
              <w:jc w:val="center"/>
            </w:pPr>
          </w:p>
        </w:tc>
      </w:tr>
      <w:tr w:rsidR="00617BDF" w14:paraId="0E5B8FFC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0FA515F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E109794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D940273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22ECF05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8C8B31B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68BE6CE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0223811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BCDA5BD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B5C1B08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785AD70" w14:textId="77777777" w:rsidR="00617BDF" w:rsidRDefault="00617BDF">
            <w:pPr>
              <w:jc w:val="center"/>
            </w:pPr>
          </w:p>
        </w:tc>
      </w:tr>
      <w:tr w:rsidR="00617BDF" w14:paraId="5B4F1A59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9AF7868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BAB2106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F1EA498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59D24A7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893CE71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963B298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0C7607D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BCD6B22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293DB62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D5404F6" w14:textId="77777777" w:rsidR="00617BDF" w:rsidRDefault="00617BDF">
            <w:pPr>
              <w:jc w:val="center"/>
            </w:pPr>
          </w:p>
        </w:tc>
      </w:tr>
      <w:tr w:rsidR="00617BDF" w14:paraId="2CD748D4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4B29F07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38B8916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B16FE04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C1B9DF2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A87131F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AF56DAB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47D180E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E10B052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1490E75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ABC8215" w14:textId="77777777" w:rsidR="00617BDF" w:rsidRDefault="00617BDF">
            <w:pPr>
              <w:jc w:val="center"/>
            </w:pPr>
          </w:p>
        </w:tc>
      </w:tr>
      <w:tr w:rsidR="00617BDF" w14:paraId="45D12898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A11C7C1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7290FAD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D4B5482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DF5F863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046BCDD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4C84E63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3741F94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8EC5505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D867C28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B55CE1E" w14:textId="77777777" w:rsidR="00617BDF" w:rsidRDefault="00617BDF">
            <w:pPr>
              <w:jc w:val="center"/>
            </w:pPr>
          </w:p>
        </w:tc>
      </w:tr>
      <w:tr w:rsidR="00617BDF" w14:paraId="17155003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40F24F1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16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408DD3C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31C1CA9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88485BE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F0B97BA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AC87BE8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8465C1C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E485625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81D9738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123F07A7" w14:textId="77777777" w:rsidR="00617BDF" w:rsidRDefault="00617BDF">
            <w:pPr>
              <w:jc w:val="center"/>
            </w:pPr>
          </w:p>
        </w:tc>
      </w:tr>
      <w:tr w:rsidR="00617BDF" w14:paraId="0F213FB1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7AB3B5D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17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6F112211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F54EAB8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7BDA17B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0E8E9A3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257F917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3FBD041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E7132D8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7B84B28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4280A56" w14:textId="77777777" w:rsidR="00617BDF" w:rsidRDefault="00617BDF">
            <w:pPr>
              <w:jc w:val="center"/>
            </w:pPr>
          </w:p>
        </w:tc>
      </w:tr>
      <w:tr w:rsidR="00617BDF" w14:paraId="4CA545A7" w14:textId="77777777">
        <w:trPr>
          <w:cantSplit/>
          <w:trHeight w:hRule="exact" w:val="338"/>
          <w:jc w:val="center"/>
        </w:trPr>
        <w:tc>
          <w:tcPr>
            <w:tcW w:w="54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0995107E" w14:textId="77777777" w:rsidR="00617BDF" w:rsidRDefault="00E74552">
            <w:pPr>
              <w:jc w:val="center"/>
            </w:pPr>
            <w:r>
              <w:rPr>
                <w:b/>
                <w:sz w:val="16"/>
              </w:rPr>
              <w:t>18</w:t>
            </w:r>
          </w:p>
        </w:tc>
        <w:tc>
          <w:tcPr>
            <w:tcW w:w="112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36A6652D" w14:textId="77777777" w:rsidR="00617BDF" w:rsidRDefault="00617BDF">
            <w:pPr>
              <w:jc w:val="center"/>
            </w:pPr>
          </w:p>
        </w:tc>
        <w:tc>
          <w:tcPr>
            <w:tcW w:w="223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28843A0E" w14:textId="77777777" w:rsidR="00617BDF" w:rsidRDefault="00617BDF">
            <w:pPr>
              <w:jc w:val="center"/>
            </w:pPr>
          </w:p>
        </w:tc>
        <w:tc>
          <w:tcPr>
            <w:tcW w:w="201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3B3E23B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56FAE5A5" w14:textId="77777777" w:rsidR="00617BDF" w:rsidRDefault="00617BDF">
            <w:pPr>
              <w:jc w:val="center"/>
            </w:pPr>
          </w:p>
        </w:tc>
        <w:tc>
          <w:tcPr>
            <w:tcW w:w="1613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248E0A7" w14:textId="77777777" w:rsidR="00617BDF" w:rsidRDefault="00617BDF">
            <w:pPr>
              <w:jc w:val="center"/>
            </w:pPr>
          </w:p>
        </w:tc>
        <w:tc>
          <w:tcPr>
            <w:tcW w:w="1296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0DF4E37" w14:textId="77777777" w:rsidR="00617BDF" w:rsidRDefault="00617BDF">
            <w:pPr>
              <w:jc w:val="center"/>
            </w:pPr>
          </w:p>
        </w:tc>
        <w:tc>
          <w:tcPr>
            <w:tcW w:w="1382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1C89562" w14:textId="77777777" w:rsidR="00617BDF" w:rsidRDefault="00617BDF">
            <w:pPr>
              <w:jc w:val="center"/>
            </w:pPr>
          </w:p>
        </w:tc>
        <w:tc>
          <w:tcPr>
            <w:tcW w:w="835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47179EC0" w14:textId="77777777" w:rsidR="00617BDF" w:rsidRDefault="00617BDF">
            <w:pPr>
              <w:jc w:val="center"/>
            </w:pPr>
          </w:p>
        </w:tc>
        <w:tc>
          <w:tcPr>
            <w:tcW w:w="2477" w:type="dxa"/>
            <w:tcBorders>
              <w:top w:val="single" w:sz="5" w:space="0" w:color="8A8A8A"/>
              <w:left w:val="single" w:sz="5" w:space="0" w:color="8A8A8A"/>
              <w:bottom w:val="single" w:sz="5" w:space="0" w:color="8A8A8A"/>
              <w:right w:val="single" w:sz="5" w:space="0" w:color="8A8A8A"/>
            </w:tcBorders>
            <w:tcMar>
              <w:top w:w="8" w:type="dxa"/>
              <w:left w:w="24" w:type="dxa"/>
              <w:bottom w:w="8" w:type="dxa"/>
              <w:right w:w="24" w:type="dxa"/>
            </w:tcMar>
            <w:vAlign w:val="center"/>
          </w:tcPr>
          <w:p w14:paraId="703216E5" w14:textId="77777777" w:rsidR="00617BDF" w:rsidRDefault="00617BDF">
            <w:pPr>
              <w:jc w:val="center"/>
            </w:pPr>
          </w:p>
        </w:tc>
      </w:tr>
    </w:tbl>
    <w:p w14:paraId="64FEA9EB" w14:textId="77777777" w:rsidR="00617BDF" w:rsidRDefault="00617BDF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6552"/>
        <w:gridCol w:w="1656"/>
        <w:gridCol w:w="5659"/>
      </w:tblGrid>
      <w:tr w:rsidR="00617BDF" w14:paraId="57823F3D" w14:textId="77777777">
        <w:trPr>
          <w:trHeight w:hRule="exact" w:val="490"/>
          <w:jc w:val="center"/>
        </w:trPr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8C995FC" w14:textId="77777777" w:rsidR="00617BDF" w:rsidRDefault="00E74552" w:rsidP="00291200">
            <w:pPr>
              <w:spacing w:after="0" w:line="360" w:lineRule="auto"/>
            </w:pPr>
            <w:r>
              <w:rPr>
                <w:b/>
                <w:color w:val="1F4E78"/>
                <w:sz w:val="16"/>
              </w:rPr>
              <w:t>ΠΡΟΠΟΝΗΤΗΣ:</w:t>
            </w:r>
          </w:p>
        </w:tc>
        <w:tc>
          <w:tcPr>
            <w:tcW w:w="6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088B9075" w14:textId="0CBC4314" w:rsidR="00617BDF" w:rsidRDefault="00617BDF" w:rsidP="00291200">
            <w:pPr>
              <w:spacing w:after="0" w:line="360" w:lineRule="auto"/>
            </w:pPr>
          </w:p>
        </w:tc>
        <w:tc>
          <w:tcPr>
            <w:tcW w:w="1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D319CE9" w14:textId="77777777" w:rsidR="00617BDF" w:rsidRDefault="00E74552" w:rsidP="00291200">
            <w:pPr>
              <w:spacing w:after="0" w:line="360" w:lineRule="auto"/>
            </w:pPr>
            <w:r>
              <w:rPr>
                <w:b/>
                <w:color w:val="1F4E78"/>
                <w:sz w:val="16"/>
              </w:rPr>
              <w:t>ΗΜΕΡΟΜΗΝΙΑ:</w:t>
            </w:r>
          </w:p>
        </w:tc>
        <w:tc>
          <w:tcPr>
            <w:tcW w:w="56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235D90A1" w14:textId="17616094" w:rsidR="00617BDF" w:rsidRDefault="00617BDF">
            <w:pPr>
              <w:spacing w:after="0" w:line="240" w:lineRule="auto"/>
            </w:pPr>
          </w:p>
        </w:tc>
      </w:tr>
      <w:tr w:rsidR="00617BDF" w14:paraId="0D89C69F" w14:textId="77777777">
        <w:trPr>
          <w:trHeight w:hRule="exact" w:val="490"/>
          <w:jc w:val="center"/>
        </w:trPr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3AC0DD54" w14:textId="77777777" w:rsidR="00617BDF" w:rsidRDefault="00E74552" w:rsidP="00291200">
            <w:pPr>
              <w:spacing w:after="0" w:line="360" w:lineRule="auto"/>
            </w:pPr>
            <w:r>
              <w:rPr>
                <w:b/>
                <w:color w:val="1F4E78"/>
                <w:sz w:val="16"/>
              </w:rPr>
              <w:t>ΒΟΗΘΟΣ ΠΡΟΠΟΝΗΤΗΣ:</w:t>
            </w:r>
          </w:p>
        </w:tc>
        <w:tc>
          <w:tcPr>
            <w:tcW w:w="65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3F7B503" w14:textId="2D661668" w:rsidR="00617BDF" w:rsidRDefault="00617BDF" w:rsidP="00291200">
            <w:pPr>
              <w:spacing w:after="0" w:line="360" w:lineRule="auto"/>
            </w:pPr>
          </w:p>
        </w:tc>
        <w:tc>
          <w:tcPr>
            <w:tcW w:w="1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20E7F13C" w14:textId="77777777" w:rsidR="00617BDF" w:rsidRDefault="00E74552" w:rsidP="00291200">
            <w:pPr>
              <w:spacing w:after="0" w:line="360" w:lineRule="auto"/>
            </w:pPr>
            <w:r>
              <w:rPr>
                <w:b/>
                <w:color w:val="1F4E78"/>
                <w:sz w:val="16"/>
              </w:rPr>
              <w:t>ΔΙΕΥΘΥΝΤΗΣ / ΔΙΕΥΘΥΝΤΡΙΑ:</w:t>
            </w:r>
          </w:p>
        </w:tc>
        <w:tc>
          <w:tcPr>
            <w:tcW w:w="56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D1E46A9" w14:textId="407659D7" w:rsidR="00617BDF" w:rsidRDefault="00617BDF">
            <w:pPr>
              <w:spacing w:after="0" w:line="240" w:lineRule="auto"/>
            </w:pPr>
          </w:p>
        </w:tc>
      </w:tr>
    </w:tbl>
    <w:p w14:paraId="78F21B04" w14:textId="77777777" w:rsidR="00F17587" w:rsidRDefault="00F17587">
      <w:pPr>
        <w:rPr>
          <w:lang w:val="el-GR"/>
        </w:rPr>
      </w:pPr>
    </w:p>
    <w:p w14:paraId="31E0BF8A" w14:textId="065452C1" w:rsidR="0076792A" w:rsidRPr="002B05E2" w:rsidRDefault="0076792A">
      <w:pPr>
        <w:rPr>
          <w:b/>
          <w:bCs/>
          <w:lang w:val="el-GR"/>
        </w:rPr>
      </w:pPr>
      <w:r w:rsidRPr="002B05E2">
        <w:rPr>
          <w:b/>
          <w:bCs/>
          <w:lang w:val="el-GR"/>
        </w:rPr>
        <w:t xml:space="preserve">ΣΗΜΕΙΩΣΗ: </w:t>
      </w:r>
      <w:r w:rsidR="002B05E2" w:rsidRPr="002B05E2">
        <w:rPr>
          <w:b/>
          <w:bCs/>
          <w:lang w:val="el-GR"/>
        </w:rPr>
        <w:t>Σημειώνετε με αστερίσκο δίπλα από τον Α/Α του μαθητή/</w:t>
      </w:r>
      <w:proofErr w:type="spellStart"/>
      <w:r w:rsidR="002B05E2" w:rsidRPr="002B05E2">
        <w:rPr>
          <w:b/>
          <w:bCs/>
          <w:lang w:val="el-GR"/>
        </w:rPr>
        <w:t>τριας</w:t>
      </w:r>
      <w:proofErr w:type="spellEnd"/>
      <w:r w:rsidR="002B05E2" w:rsidRPr="002B05E2">
        <w:rPr>
          <w:b/>
          <w:bCs/>
          <w:lang w:val="el-GR"/>
        </w:rPr>
        <w:t>, αυτούς που λαμβάνουν μέρος και σε δεύτερη αθλοπαιδιά, εάν υπάρχουν.</w:t>
      </w:r>
    </w:p>
    <w:sectPr w:rsidR="0076792A" w:rsidRPr="002B05E2" w:rsidSect="00034616">
      <w:pgSz w:w="16838" w:h="11906" w:orient="landscape"/>
      <w:pgMar w:top="403" w:right="504" w:bottom="403" w:left="504" w:header="720" w:footer="720" w:gutter="0"/>
      <w:pgBorders w:offsetFrom="page">
        <w:top w:val="single" w:sz="8" w:space="10" w:color="1F4E78"/>
        <w:left w:val="single" w:sz="8" w:space="10" w:color="1F4E78"/>
        <w:bottom w:val="single" w:sz="8" w:space="10" w:color="1F4E78"/>
        <w:right w:val="single" w:sz="8" w:space="10" w:color="1F4E78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5090882">
    <w:abstractNumId w:val="8"/>
  </w:num>
  <w:num w:numId="2" w16cid:durableId="796804166">
    <w:abstractNumId w:val="6"/>
  </w:num>
  <w:num w:numId="3" w16cid:durableId="969822298">
    <w:abstractNumId w:val="5"/>
  </w:num>
  <w:num w:numId="4" w16cid:durableId="639723389">
    <w:abstractNumId w:val="4"/>
  </w:num>
  <w:num w:numId="5" w16cid:durableId="1574927794">
    <w:abstractNumId w:val="7"/>
  </w:num>
  <w:num w:numId="6" w16cid:durableId="1218584972">
    <w:abstractNumId w:val="3"/>
  </w:num>
  <w:num w:numId="7" w16cid:durableId="343047657">
    <w:abstractNumId w:val="2"/>
  </w:num>
  <w:num w:numId="8" w16cid:durableId="1994798375">
    <w:abstractNumId w:val="1"/>
  </w:num>
  <w:num w:numId="9" w16cid:durableId="1108163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062"/>
    <w:rsid w:val="0015074B"/>
    <w:rsid w:val="001A6CA3"/>
    <w:rsid w:val="00291200"/>
    <w:rsid w:val="0029639D"/>
    <w:rsid w:val="002B05E2"/>
    <w:rsid w:val="002F6C1C"/>
    <w:rsid w:val="00326F90"/>
    <w:rsid w:val="0033364A"/>
    <w:rsid w:val="003D534B"/>
    <w:rsid w:val="00411679"/>
    <w:rsid w:val="004A4103"/>
    <w:rsid w:val="00617BDF"/>
    <w:rsid w:val="0063314A"/>
    <w:rsid w:val="0075063E"/>
    <w:rsid w:val="00752DB9"/>
    <w:rsid w:val="0076792A"/>
    <w:rsid w:val="009D703C"/>
    <w:rsid w:val="00A95BFF"/>
    <w:rsid w:val="00AA1D8D"/>
    <w:rsid w:val="00AB74E1"/>
    <w:rsid w:val="00B47730"/>
    <w:rsid w:val="00C542B9"/>
    <w:rsid w:val="00C77B3D"/>
    <w:rsid w:val="00CB0664"/>
    <w:rsid w:val="00CD7646"/>
    <w:rsid w:val="00D22EC9"/>
    <w:rsid w:val="00D67469"/>
    <w:rsid w:val="00DE60D2"/>
    <w:rsid w:val="00E64043"/>
    <w:rsid w:val="00EC04FE"/>
    <w:rsid w:val="00F17587"/>
    <w:rsid w:val="00F833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4222624-016B-4C1C-B905-69DA9429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ΓΙΩΡΓΟΣ ΑΡΕΣΤΗΣ</cp:lastModifiedBy>
  <cp:revision>2</cp:revision>
  <dcterms:created xsi:type="dcterms:W3CDTF">2026-09-04T07:58:00Z</dcterms:created>
  <dcterms:modified xsi:type="dcterms:W3CDTF">2026-09-04T07:58:00Z</dcterms:modified>
  <cp:category/>
</cp:coreProperties>
</file>